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9BCBF" w14:textId="2F65BC93" w:rsidR="001A660A" w:rsidRDefault="00C959EF">
      <w:pPr>
        <w:jc w:val="center"/>
      </w:pPr>
      <w:r>
        <w:rPr>
          <w:b/>
          <w:sz w:val="56"/>
        </w:rPr>
        <w:t xml:space="preserve">FESTA NAZIONALE </w:t>
      </w:r>
      <w:r w:rsidR="00000000">
        <w:rPr>
          <w:b/>
          <w:sz w:val="56"/>
        </w:rPr>
        <w:t>PLAIN AIR</w:t>
      </w:r>
      <w:r>
        <w:rPr>
          <w:b/>
          <w:sz w:val="56"/>
        </w:rPr>
        <w:t xml:space="preserve"> – BICCARI(FG)</w:t>
      </w:r>
    </w:p>
    <w:p w14:paraId="31DA93D9" w14:textId="5D302147" w:rsidR="001A660A" w:rsidRDefault="00000000">
      <w:pPr>
        <w:jc w:val="center"/>
      </w:pPr>
      <w:r>
        <w:rPr>
          <w:b/>
          <w:sz w:val="32"/>
        </w:rPr>
        <w:t>PROGRAMMA • 25–27</w:t>
      </w:r>
      <w:r w:rsidR="00C959EF">
        <w:rPr>
          <w:b/>
          <w:sz w:val="32"/>
        </w:rPr>
        <w:t>/09/2026</w:t>
      </w:r>
    </w:p>
    <w:p w14:paraId="02E3F01D" w14:textId="77777777" w:rsidR="001A660A" w:rsidRDefault="00000000">
      <w:pPr>
        <w:spacing w:before="200" w:after="100"/>
      </w:pPr>
      <w:r>
        <w:rPr>
          <w:b/>
          <w:sz w:val="30"/>
        </w:rPr>
        <w:t>VENERDÌ 25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1A660A" w14:paraId="2326DC21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7F40E1" w14:textId="77777777" w:rsidR="001A660A" w:rsidRDefault="00000000">
            <w:r>
              <w:rPr>
                <w:b/>
                <w:sz w:val="21"/>
              </w:rPr>
              <w:t>10:30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15E8E85C" w14:textId="648AA3FE" w:rsidR="001A660A" w:rsidRDefault="00000000">
            <w:r>
              <w:rPr>
                <w:sz w:val="21"/>
              </w:rPr>
              <w:t xml:space="preserve">Arrivo e sistemazione dei partecipanti </w:t>
            </w:r>
            <w:proofErr w:type="spellStart"/>
            <w:r>
              <w:rPr>
                <w:sz w:val="21"/>
              </w:rPr>
              <w:t>presso</w:t>
            </w:r>
            <w:proofErr w:type="spellEnd"/>
            <w:r>
              <w:rPr>
                <w:sz w:val="21"/>
              </w:rPr>
              <w:t xml:space="preserve"> area camper </w:t>
            </w:r>
            <w:r w:rsidR="00C959EF">
              <w:rPr>
                <w:sz w:val="21"/>
              </w:rPr>
              <w:t xml:space="preserve">a cura di </w:t>
            </w:r>
            <w:r>
              <w:rPr>
                <w:sz w:val="21"/>
              </w:rPr>
              <w:t>Coop</w:t>
            </w:r>
            <w:r w:rsidR="00C959EF">
              <w:rPr>
                <w:sz w:val="21"/>
              </w:rPr>
              <w:t xml:space="preserve">erativa di </w:t>
            </w:r>
            <w:proofErr w:type="spellStart"/>
            <w:r w:rsidR="00C959EF">
              <w:rPr>
                <w:sz w:val="21"/>
              </w:rPr>
              <w:t>Comunità</w:t>
            </w:r>
            <w:proofErr w:type="spellEnd"/>
            <w:r w:rsidR="00C959EF">
              <w:rPr>
                <w:sz w:val="21"/>
              </w:rPr>
              <w:t xml:space="preserve"> </w:t>
            </w:r>
            <w:proofErr w:type="spellStart"/>
            <w:r w:rsidR="00C959EF">
              <w:rPr>
                <w:sz w:val="21"/>
              </w:rPr>
              <w:t>Biccari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1A660A" w14:paraId="5FBDE2F3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D79523" w14:textId="77777777" w:rsidR="001A660A" w:rsidRDefault="00000000">
            <w:r>
              <w:rPr>
                <w:b/>
                <w:sz w:val="21"/>
              </w:rPr>
              <w:t>13:00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7D812D90" w14:textId="77777777" w:rsidR="001A660A" w:rsidRDefault="00000000">
            <w:r>
              <w:rPr>
                <w:sz w:val="21"/>
              </w:rPr>
              <w:t>Pranzo libero.</w:t>
            </w:r>
          </w:p>
        </w:tc>
      </w:tr>
      <w:tr w:rsidR="001A660A" w14:paraId="15C2A65F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B86503" w14:textId="77777777" w:rsidR="001A660A" w:rsidRDefault="00000000">
            <w:r>
              <w:rPr>
                <w:b/>
                <w:sz w:val="21"/>
              </w:rPr>
              <w:t>Pomeriggio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4707EAAC" w14:textId="77777777" w:rsidR="001A660A" w:rsidRDefault="00000000">
            <w:r>
              <w:rPr>
                <w:sz w:val="21"/>
              </w:rPr>
              <w:t>Tempo libero.</w:t>
            </w:r>
          </w:p>
        </w:tc>
      </w:tr>
      <w:tr w:rsidR="001A660A" w14:paraId="324D2A2C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7554D7" w14:textId="77777777" w:rsidR="001A660A" w:rsidRDefault="00000000">
            <w:r>
              <w:rPr>
                <w:b/>
                <w:sz w:val="21"/>
              </w:rPr>
              <w:t>18:00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1B449D24" w14:textId="34ECA615" w:rsidR="001A660A" w:rsidRDefault="00000000">
            <w:r>
              <w:rPr>
                <w:sz w:val="21"/>
              </w:rPr>
              <w:t xml:space="preserve">Saluti del Sindaco e dell’Amministrazione; incontro per conoscere il territorio e le varie </w:t>
            </w:r>
            <w:proofErr w:type="spellStart"/>
            <w:r>
              <w:rPr>
                <w:sz w:val="21"/>
              </w:rPr>
              <w:t>realtà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presenti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presso</w:t>
            </w:r>
            <w:proofErr w:type="spellEnd"/>
            <w:r>
              <w:rPr>
                <w:sz w:val="21"/>
              </w:rPr>
              <w:t xml:space="preserve"> </w:t>
            </w:r>
            <w:r w:rsidR="00C959EF">
              <w:rPr>
                <w:sz w:val="21"/>
              </w:rPr>
              <w:t xml:space="preserve">il </w:t>
            </w:r>
            <w:proofErr w:type="spellStart"/>
            <w:r w:rsidR="00C959EF">
              <w:rPr>
                <w:sz w:val="21"/>
              </w:rPr>
              <w:t>centro</w:t>
            </w:r>
            <w:proofErr w:type="spellEnd"/>
            <w:r w:rsidR="00C959EF"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Bollenti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Spiriti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1A660A" w14:paraId="5F37DAB1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57A762" w14:textId="78DB2963" w:rsidR="001A660A" w:rsidRDefault="00000000">
            <w:r>
              <w:rPr>
                <w:b/>
                <w:sz w:val="21"/>
              </w:rPr>
              <w:t>19:</w:t>
            </w:r>
            <w:r w:rsidR="00C959EF">
              <w:rPr>
                <w:b/>
                <w:sz w:val="21"/>
              </w:rPr>
              <w:t>0</w:t>
            </w:r>
            <w:r>
              <w:rPr>
                <w:b/>
                <w:sz w:val="21"/>
              </w:rPr>
              <w:t>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1EBD4CCB" w14:textId="65F6DA77" w:rsidR="001A660A" w:rsidRDefault="00000000">
            <w:r>
              <w:rPr>
                <w:sz w:val="21"/>
              </w:rPr>
              <w:t xml:space="preserve">Aperitivo con prodotti </w:t>
            </w:r>
            <w:proofErr w:type="spellStart"/>
            <w:r>
              <w:rPr>
                <w:sz w:val="21"/>
              </w:rPr>
              <w:t>locali</w:t>
            </w:r>
            <w:proofErr w:type="spellEnd"/>
            <w:r w:rsidR="00C959EF">
              <w:rPr>
                <w:sz w:val="21"/>
              </w:rPr>
              <w:t xml:space="preserve"> per tutti </w:t>
            </w:r>
            <w:proofErr w:type="spellStart"/>
            <w:r w:rsidR="00C959EF">
              <w:rPr>
                <w:sz w:val="21"/>
              </w:rPr>
              <w:t>i</w:t>
            </w:r>
            <w:proofErr w:type="spellEnd"/>
            <w:r w:rsidR="00C959EF">
              <w:rPr>
                <w:sz w:val="21"/>
              </w:rPr>
              <w:t xml:space="preserve"> </w:t>
            </w:r>
            <w:proofErr w:type="spellStart"/>
            <w:r w:rsidR="00C959EF">
              <w:rPr>
                <w:sz w:val="21"/>
              </w:rPr>
              <w:t>partecipanti</w:t>
            </w:r>
            <w:proofErr w:type="spellEnd"/>
          </w:p>
        </w:tc>
      </w:tr>
      <w:tr w:rsidR="001A660A" w14:paraId="21B700F4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CD950F" w14:textId="77777777" w:rsidR="001A660A" w:rsidRDefault="00000000">
            <w:r>
              <w:rPr>
                <w:b/>
                <w:sz w:val="21"/>
              </w:rPr>
              <w:t>20:30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75DC5BB4" w14:textId="77777777" w:rsidR="001A660A" w:rsidRDefault="00000000">
            <w:r>
              <w:rPr>
                <w:sz w:val="21"/>
              </w:rPr>
              <w:t>Cena libera.</w:t>
            </w:r>
          </w:p>
        </w:tc>
      </w:tr>
    </w:tbl>
    <w:p w14:paraId="04AC4E29" w14:textId="77777777" w:rsidR="001A660A" w:rsidRDefault="00000000">
      <w:pPr>
        <w:spacing w:before="200" w:after="100"/>
      </w:pPr>
      <w:r>
        <w:rPr>
          <w:b/>
          <w:sz w:val="30"/>
        </w:rPr>
        <w:t>SABATO 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1A660A" w14:paraId="496DFB5B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3F333D" w14:textId="77777777" w:rsidR="001A660A" w:rsidRDefault="00000000">
            <w:r>
              <w:rPr>
                <w:b/>
                <w:sz w:val="21"/>
              </w:rPr>
              <w:t>10:00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509D9BC7" w14:textId="0ACFAD62" w:rsidR="001A660A" w:rsidRDefault="00000000">
            <w:r>
              <w:rPr>
                <w:sz w:val="21"/>
              </w:rPr>
              <w:t xml:space="preserve">Visita guidata del </w:t>
            </w:r>
            <w:proofErr w:type="spellStart"/>
            <w:r>
              <w:rPr>
                <w:sz w:val="21"/>
              </w:rPr>
              <w:t>centro</w:t>
            </w:r>
            <w:proofErr w:type="spellEnd"/>
            <w:r>
              <w:rPr>
                <w:sz w:val="21"/>
              </w:rPr>
              <w:t xml:space="preserve"> storico </w:t>
            </w:r>
            <w:r w:rsidR="00C959EF">
              <w:rPr>
                <w:sz w:val="21"/>
              </w:rPr>
              <w:t xml:space="preserve">a cura della </w:t>
            </w:r>
            <w:r>
              <w:rPr>
                <w:sz w:val="21"/>
              </w:rPr>
              <w:t xml:space="preserve">Cooperativa di </w:t>
            </w:r>
            <w:proofErr w:type="spellStart"/>
            <w:r>
              <w:rPr>
                <w:sz w:val="21"/>
              </w:rPr>
              <w:t>Comunità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1A660A" w14:paraId="5070A3DF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50B8A3" w14:textId="77777777" w:rsidR="001A660A" w:rsidRDefault="00000000">
            <w:r>
              <w:rPr>
                <w:b/>
                <w:sz w:val="21"/>
              </w:rPr>
              <w:t>11:30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02C8123F" w14:textId="2E534006" w:rsidR="001A660A" w:rsidRDefault="00000000">
            <w:r>
              <w:rPr>
                <w:sz w:val="21"/>
              </w:rPr>
              <w:t xml:space="preserve">Alla scoperta dei sapori autentici: visita alle </w:t>
            </w:r>
            <w:proofErr w:type="spellStart"/>
            <w:r>
              <w:rPr>
                <w:sz w:val="21"/>
              </w:rPr>
              <w:t>realtà</w:t>
            </w:r>
            <w:proofErr w:type="spellEnd"/>
            <w:r>
              <w:rPr>
                <w:sz w:val="21"/>
              </w:rPr>
              <w:t xml:space="preserve"> </w:t>
            </w:r>
            <w:r w:rsidR="00C959EF">
              <w:rPr>
                <w:sz w:val="21"/>
              </w:rPr>
              <w:t xml:space="preserve">di </w:t>
            </w:r>
            <w:proofErr w:type="spellStart"/>
            <w:r>
              <w:rPr>
                <w:sz w:val="21"/>
              </w:rPr>
              <w:t>Simbyos</w:t>
            </w:r>
            <w:proofErr w:type="spellEnd"/>
            <w:r>
              <w:rPr>
                <w:sz w:val="21"/>
              </w:rPr>
              <w:t xml:space="preserve"> (</w:t>
            </w:r>
            <w:proofErr w:type="spellStart"/>
            <w:r w:rsidR="00C959EF">
              <w:rPr>
                <w:sz w:val="21"/>
              </w:rPr>
              <w:t>Produttore</w:t>
            </w:r>
            <w:proofErr w:type="spellEnd"/>
            <w:r w:rsidR="00C959EF">
              <w:rPr>
                <w:sz w:val="21"/>
              </w:rPr>
              <w:t xml:space="preserve"> locale di </w:t>
            </w:r>
            <w:proofErr w:type="spellStart"/>
            <w:r>
              <w:rPr>
                <w:sz w:val="21"/>
              </w:rPr>
              <w:t>miele</w:t>
            </w:r>
            <w:proofErr w:type="spellEnd"/>
            <w:r>
              <w:rPr>
                <w:sz w:val="21"/>
              </w:rPr>
              <w:t>) e Azienda Agricola Sabatino (</w:t>
            </w:r>
            <w:proofErr w:type="spellStart"/>
            <w:r w:rsidR="00C959EF">
              <w:rPr>
                <w:sz w:val="21"/>
              </w:rPr>
              <w:t>Produttore</w:t>
            </w:r>
            <w:proofErr w:type="spellEnd"/>
            <w:r w:rsidR="00C959EF">
              <w:rPr>
                <w:sz w:val="21"/>
              </w:rPr>
              <w:t xml:space="preserve"> locale di </w:t>
            </w:r>
            <w:proofErr w:type="spellStart"/>
            <w:r w:rsidR="00C959EF">
              <w:rPr>
                <w:sz w:val="21"/>
              </w:rPr>
              <w:t>prodotti</w:t>
            </w:r>
            <w:proofErr w:type="spellEnd"/>
            <w:r w:rsidR="00C959EF">
              <w:rPr>
                <w:sz w:val="21"/>
              </w:rPr>
              <w:t xml:space="preserve"> al </w:t>
            </w:r>
            <w:r>
              <w:rPr>
                <w:sz w:val="21"/>
              </w:rPr>
              <w:t>tartufo).</w:t>
            </w:r>
          </w:p>
        </w:tc>
      </w:tr>
      <w:tr w:rsidR="001A660A" w14:paraId="38F6E754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4B8992" w14:textId="77777777" w:rsidR="001A660A" w:rsidRDefault="00000000">
            <w:r>
              <w:rPr>
                <w:b/>
                <w:sz w:val="21"/>
              </w:rPr>
              <w:t>13:00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48E94B34" w14:textId="77777777" w:rsidR="001A660A" w:rsidRDefault="00000000">
            <w:r>
              <w:rPr>
                <w:sz w:val="21"/>
              </w:rPr>
              <w:t>Pranzo libero.</w:t>
            </w:r>
          </w:p>
        </w:tc>
      </w:tr>
      <w:tr w:rsidR="001A660A" w14:paraId="6A59D00F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154865" w14:textId="77777777" w:rsidR="001A660A" w:rsidRDefault="00000000">
            <w:r>
              <w:rPr>
                <w:b/>
                <w:sz w:val="21"/>
              </w:rPr>
              <w:t>18:00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12874474" w14:textId="7ABBAD10" w:rsidR="001A660A" w:rsidRDefault="00000000">
            <w:r>
              <w:rPr>
                <w:sz w:val="21"/>
              </w:rPr>
              <w:t xml:space="preserve">Visita al frantoio </w:t>
            </w:r>
            <w:proofErr w:type="spellStart"/>
            <w:r>
              <w:rPr>
                <w:sz w:val="21"/>
              </w:rPr>
              <w:t>Vicarum</w:t>
            </w:r>
            <w:proofErr w:type="spellEnd"/>
            <w:r>
              <w:rPr>
                <w:sz w:val="21"/>
              </w:rPr>
              <w:t xml:space="preserve"> e </w:t>
            </w:r>
            <w:proofErr w:type="spellStart"/>
            <w:r>
              <w:rPr>
                <w:sz w:val="21"/>
              </w:rPr>
              <w:t>degustazione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dell’olio</w:t>
            </w:r>
            <w:proofErr w:type="spellEnd"/>
            <w:r w:rsidR="00C959EF">
              <w:rPr>
                <w:sz w:val="21"/>
              </w:rPr>
              <w:t xml:space="preserve"> </w:t>
            </w:r>
            <w:proofErr w:type="spellStart"/>
            <w:r w:rsidR="00C959EF">
              <w:rPr>
                <w:sz w:val="21"/>
              </w:rPr>
              <w:t>extravergine</w:t>
            </w:r>
            <w:proofErr w:type="spellEnd"/>
            <w:r w:rsidR="00C959EF">
              <w:rPr>
                <w:sz w:val="21"/>
              </w:rPr>
              <w:t xml:space="preserve"> di </w:t>
            </w:r>
            <w:proofErr w:type="spellStart"/>
            <w:r w:rsidR="00C959EF">
              <w:rPr>
                <w:sz w:val="21"/>
              </w:rPr>
              <w:t>oliva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1A660A" w14:paraId="404E8D20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8FB8F4" w14:textId="77777777" w:rsidR="001A660A" w:rsidRDefault="00000000">
            <w:r>
              <w:rPr>
                <w:b/>
                <w:sz w:val="21"/>
              </w:rPr>
              <w:t>20:30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2EB71287" w14:textId="77777777" w:rsidR="001A660A" w:rsidRDefault="00000000">
            <w:r>
              <w:rPr>
                <w:sz w:val="21"/>
              </w:rPr>
              <w:t>Cena libera.</w:t>
            </w:r>
          </w:p>
        </w:tc>
      </w:tr>
    </w:tbl>
    <w:p w14:paraId="2088D46D" w14:textId="77777777" w:rsidR="001A660A" w:rsidRDefault="00000000">
      <w:pPr>
        <w:spacing w:before="200" w:after="100"/>
      </w:pPr>
      <w:r>
        <w:rPr>
          <w:b/>
          <w:sz w:val="30"/>
        </w:rPr>
        <w:t>DOMENICA 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1A660A" w14:paraId="1CC990C2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4A1E3C" w14:textId="77777777" w:rsidR="001A660A" w:rsidRDefault="00000000">
            <w:r>
              <w:rPr>
                <w:b/>
                <w:sz w:val="21"/>
              </w:rPr>
              <w:t>10:30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0276A5F6" w14:textId="2075D63A" w:rsidR="001A660A" w:rsidRDefault="00000000">
            <w:r>
              <w:rPr>
                <w:sz w:val="21"/>
              </w:rPr>
              <w:t xml:space="preserve">Visita al Parco </w:t>
            </w:r>
            <w:r w:rsidR="00C959EF">
              <w:rPr>
                <w:sz w:val="21"/>
              </w:rPr>
              <w:t xml:space="preserve">Daunia </w:t>
            </w:r>
            <w:r>
              <w:rPr>
                <w:sz w:val="21"/>
              </w:rPr>
              <w:t>Avventura</w:t>
            </w:r>
            <w:r w:rsidR="00C959EF">
              <w:rPr>
                <w:sz w:val="21"/>
              </w:rPr>
              <w:t xml:space="preserve"> </w:t>
            </w:r>
            <w:proofErr w:type="spellStart"/>
            <w:r w:rsidR="00C959EF">
              <w:rPr>
                <w:sz w:val="21"/>
              </w:rPr>
              <w:t>distante</w:t>
            </w:r>
            <w:proofErr w:type="spellEnd"/>
            <w:r w:rsidR="00C959EF">
              <w:rPr>
                <w:sz w:val="21"/>
              </w:rPr>
              <w:t xml:space="preserve"> circa 4km </w:t>
            </w:r>
            <w:proofErr w:type="spellStart"/>
            <w:r w:rsidR="00C959EF">
              <w:rPr>
                <w:sz w:val="21"/>
              </w:rPr>
              <w:t>dall’area</w:t>
            </w:r>
            <w:proofErr w:type="spellEnd"/>
            <w:r w:rsidR="00C959EF">
              <w:rPr>
                <w:sz w:val="21"/>
              </w:rPr>
              <w:t xml:space="preserve"> camper</w:t>
            </w:r>
            <w:r>
              <w:rPr>
                <w:sz w:val="21"/>
              </w:rPr>
              <w:t xml:space="preserve"> con </w:t>
            </w:r>
            <w:proofErr w:type="spellStart"/>
            <w:r>
              <w:rPr>
                <w:sz w:val="21"/>
              </w:rPr>
              <w:t>ausilio</w:t>
            </w:r>
            <w:proofErr w:type="spellEnd"/>
            <w:r>
              <w:rPr>
                <w:sz w:val="21"/>
              </w:rPr>
              <w:t xml:space="preserve"> di </w:t>
            </w:r>
            <w:proofErr w:type="spellStart"/>
            <w:r>
              <w:rPr>
                <w:sz w:val="21"/>
              </w:rPr>
              <w:t>navetta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gratuita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1A660A" w14:paraId="0C5A558B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C31367" w14:textId="46D1890B" w:rsidR="001A660A" w:rsidRDefault="00000000">
            <w:r>
              <w:rPr>
                <w:b/>
                <w:sz w:val="21"/>
              </w:rPr>
              <w:lastRenderedPageBreak/>
              <w:t>1</w:t>
            </w:r>
            <w:r w:rsidR="00C959EF">
              <w:rPr>
                <w:b/>
                <w:sz w:val="21"/>
              </w:rPr>
              <w:t>1</w:t>
            </w:r>
            <w:r>
              <w:rPr>
                <w:b/>
                <w:sz w:val="21"/>
              </w:rPr>
              <w:t>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05CC5EB7" w14:textId="77777777" w:rsidR="001A660A" w:rsidRDefault="00000000">
            <w:r>
              <w:rPr>
                <w:sz w:val="21"/>
              </w:rPr>
              <w:t>Partecipazione all’evento Forest for Food presso il Parco Daunia Avventura.</w:t>
            </w:r>
          </w:p>
        </w:tc>
      </w:tr>
      <w:tr w:rsidR="001A660A" w14:paraId="6D882B8F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907EC8" w14:textId="77777777" w:rsidR="001A660A" w:rsidRDefault="00000000">
            <w:r>
              <w:rPr>
                <w:b/>
                <w:sz w:val="21"/>
              </w:rPr>
              <w:t>13:00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425C647F" w14:textId="77777777" w:rsidR="001A660A" w:rsidRDefault="00000000">
            <w:r>
              <w:rPr>
                <w:sz w:val="21"/>
              </w:rPr>
              <w:t>Pranzo libero.</w:t>
            </w:r>
          </w:p>
        </w:tc>
      </w:tr>
      <w:tr w:rsidR="001A660A" w14:paraId="36B55692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FC06EF" w14:textId="77777777" w:rsidR="001A660A" w:rsidRDefault="00000000">
            <w:r>
              <w:rPr>
                <w:b/>
                <w:sz w:val="21"/>
              </w:rPr>
              <w:t>Pomeriggio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2EA2CD93" w14:textId="77777777" w:rsidR="001A660A" w:rsidRDefault="00000000">
            <w:r>
              <w:rPr>
                <w:sz w:val="21"/>
              </w:rPr>
              <w:t>Saluti e partenze.</w:t>
            </w:r>
          </w:p>
        </w:tc>
      </w:tr>
    </w:tbl>
    <w:p w14:paraId="65C6F488" w14:textId="77777777" w:rsidR="00BF5D19" w:rsidRDefault="00BF5D19"/>
    <w:sectPr w:rsidR="00BF5D19" w:rsidSect="00034616">
      <w:head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4C092" w14:textId="77777777" w:rsidR="00BF5D19" w:rsidRDefault="00BF5D19" w:rsidP="00C959EF">
      <w:pPr>
        <w:spacing w:after="0" w:line="240" w:lineRule="auto"/>
      </w:pPr>
      <w:r>
        <w:separator/>
      </w:r>
    </w:p>
  </w:endnote>
  <w:endnote w:type="continuationSeparator" w:id="0">
    <w:p w14:paraId="43022F45" w14:textId="77777777" w:rsidR="00BF5D19" w:rsidRDefault="00BF5D19" w:rsidP="00C95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B2A9" w14:textId="77777777" w:rsidR="00BF5D19" w:rsidRDefault="00BF5D19" w:rsidP="00C959EF">
      <w:pPr>
        <w:spacing w:after="0" w:line="240" w:lineRule="auto"/>
      </w:pPr>
      <w:r>
        <w:separator/>
      </w:r>
    </w:p>
  </w:footnote>
  <w:footnote w:type="continuationSeparator" w:id="0">
    <w:p w14:paraId="7A26B5A5" w14:textId="77777777" w:rsidR="00BF5D19" w:rsidRDefault="00BF5D19" w:rsidP="00C95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4"/>
      <w:gridCol w:w="6389"/>
      <w:gridCol w:w="1925"/>
    </w:tblGrid>
    <w:tr w:rsidR="00C959EF" w14:paraId="53FD76C2" w14:textId="77777777" w:rsidTr="008C547C">
      <w:trPr>
        <w:trHeight w:val="1080"/>
      </w:trPr>
      <w:tc>
        <w:tcPr>
          <w:tcW w:w="1874" w:type="dxa"/>
          <w:vAlign w:val="center"/>
        </w:tcPr>
        <w:p w14:paraId="46B775B9" w14:textId="77777777" w:rsidR="00C959EF" w:rsidRDefault="00C959EF" w:rsidP="00C959EF">
          <w:pPr>
            <w:pStyle w:val="Intestazione"/>
            <w:jc w:val="center"/>
          </w:pPr>
          <w:r w:rsidRPr="000422B5">
            <w:rPr>
              <w:noProof/>
              <w:lang w:eastAsia="it-IT"/>
            </w:rPr>
            <w:drawing>
              <wp:inline distT="0" distB="0" distL="0" distR="0" wp14:anchorId="3DC1CD03" wp14:editId="4EE2D271">
                <wp:extent cx="1034318" cy="1201479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4318" cy="12014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6" w:type="dxa"/>
          <w:vAlign w:val="center"/>
        </w:tcPr>
        <w:p w14:paraId="072C1B8B" w14:textId="77777777" w:rsidR="00C959EF" w:rsidRDefault="00C959EF" w:rsidP="00C959EF">
          <w:pPr>
            <w:pStyle w:val="Intestazione"/>
            <w:jc w:val="center"/>
            <w:rPr>
              <w:rFonts w:cstheme="minorHAnsi"/>
              <w:b/>
              <w:sz w:val="56"/>
              <w:szCs w:val="30"/>
            </w:rPr>
          </w:pPr>
          <w:proofErr w:type="spellStart"/>
          <w:r w:rsidRPr="00891400">
            <w:rPr>
              <w:rFonts w:cstheme="minorHAnsi"/>
              <w:b/>
              <w:sz w:val="56"/>
              <w:szCs w:val="30"/>
            </w:rPr>
            <w:t>Comune</w:t>
          </w:r>
          <w:proofErr w:type="spellEnd"/>
          <w:r w:rsidRPr="00891400">
            <w:rPr>
              <w:rFonts w:cstheme="minorHAnsi"/>
              <w:b/>
              <w:sz w:val="56"/>
              <w:szCs w:val="30"/>
            </w:rPr>
            <w:t xml:space="preserve"> di </w:t>
          </w:r>
          <w:proofErr w:type="spellStart"/>
          <w:r w:rsidRPr="00891400">
            <w:rPr>
              <w:rFonts w:cstheme="minorHAnsi"/>
              <w:b/>
              <w:sz w:val="56"/>
              <w:szCs w:val="30"/>
            </w:rPr>
            <w:t>Biccari</w:t>
          </w:r>
          <w:proofErr w:type="spellEnd"/>
        </w:p>
        <w:p w14:paraId="42295519" w14:textId="77777777" w:rsidR="00C959EF" w:rsidRDefault="00C959EF" w:rsidP="00C959EF">
          <w:pPr>
            <w:pStyle w:val="Intestazione"/>
            <w:jc w:val="center"/>
            <w:rPr>
              <w:rFonts w:cstheme="minorHAnsi"/>
              <w:sz w:val="32"/>
              <w:szCs w:val="30"/>
            </w:rPr>
          </w:pPr>
          <w:r w:rsidRPr="00891400">
            <w:rPr>
              <w:rFonts w:cstheme="minorHAnsi"/>
              <w:sz w:val="32"/>
              <w:szCs w:val="30"/>
            </w:rPr>
            <w:t xml:space="preserve">Provincia di Foggia                                         </w:t>
          </w:r>
        </w:p>
        <w:p w14:paraId="46B2835D" w14:textId="77777777" w:rsidR="00C959EF" w:rsidRPr="00891400" w:rsidRDefault="00C959EF" w:rsidP="00C959EF">
          <w:pPr>
            <w:pStyle w:val="Intestazione"/>
            <w:jc w:val="center"/>
            <w:rPr>
              <w:rFonts w:cstheme="minorHAnsi"/>
              <w:sz w:val="20"/>
            </w:rPr>
          </w:pPr>
          <w:r w:rsidRPr="00891400">
            <w:rPr>
              <w:rFonts w:cstheme="minorHAnsi"/>
              <w:sz w:val="20"/>
            </w:rPr>
            <w:t xml:space="preserve">Piazza Municipio, 1 – 71032 </w:t>
          </w:r>
          <w:proofErr w:type="spellStart"/>
          <w:r w:rsidRPr="00891400">
            <w:rPr>
              <w:rFonts w:cstheme="minorHAnsi"/>
              <w:sz w:val="20"/>
            </w:rPr>
            <w:t>Biccari</w:t>
          </w:r>
          <w:proofErr w:type="spellEnd"/>
          <w:r w:rsidRPr="00891400">
            <w:rPr>
              <w:rFonts w:cstheme="minorHAnsi"/>
              <w:sz w:val="20"/>
            </w:rPr>
            <w:t xml:space="preserve"> (FG) tel. 0881591007   </w:t>
          </w:r>
        </w:p>
        <w:p w14:paraId="4966541C" w14:textId="77777777" w:rsidR="00C959EF" w:rsidRDefault="00C959EF" w:rsidP="00C959EF">
          <w:pPr>
            <w:pStyle w:val="Intestazione"/>
            <w:jc w:val="center"/>
          </w:pPr>
          <w:r w:rsidRPr="00891400">
            <w:rPr>
              <w:rFonts w:cstheme="minorHAnsi"/>
              <w:sz w:val="20"/>
            </w:rPr>
            <w:t>www.comune.biccari.fg.it P. IVA 00361640717 C.F. 82000390714</w:t>
          </w:r>
        </w:p>
      </w:tc>
      <w:tc>
        <w:tcPr>
          <w:tcW w:w="1524" w:type="dxa"/>
        </w:tcPr>
        <w:p w14:paraId="75B5A164" w14:textId="77777777" w:rsidR="00C959EF" w:rsidRPr="00891400" w:rsidRDefault="00C959EF" w:rsidP="00C959EF">
          <w:pPr>
            <w:pStyle w:val="Intestazione"/>
            <w:jc w:val="center"/>
            <w:rPr>
              <w:rFonts w:cstheme="minorHAnsi"/>
              <w:b/>
              <w:sz w:val="56"/>
              <w:szCs w:val="30"/>
            </w:rPr>
          </w:pPr>
          <w:r w:rsidRPr="00891400">
            <w:rPr>
              <w:rFonts w:cstheme="minorHAnsi"/>
              <w:b/>
              <w:noProof/>
              <w:sz w:val="56"/>
              <w:szCs w:val="30"/>
              <w:lang w:eastAsia="it-IT"/>
            </w:rPr>
            <w:drawing>
              <wp:inline distT="0" distB="0" distL="0" distR="0" wp14:anchorId="6EB01788" wp14:editId="7483BE7B">
                <wp:extent cx="1085585" cy="1117600"/>
                <wp:effectExtent l="0" t="0" r="0" b="0"/>
                <wp:docPr id="9" name="Immagine 9" descr="C:\Users\Utente\Desktop\COMUNE 2019\BANDIERA ARANCIONE\candidatura bandiera arancione\unname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Utente\Desktop\COMUNE 2019\BANDIERA ARANCIONE\candidatura bandiera arancione\unname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45" cy="1129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E33314" w14:textId="77777777" w:rsidR="00C959EF" w:rsidRDefault="00C959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8724456">
    <w:abstractNumId w:val="8"/>
  </w:num>
  <w:num w:numId="2" w16cid:durableId="375664147">
    <w:abstractNumId w:val="6"/>
  </w:num>
  <w:num w:numId="3" w16cid:durableId="515191253">
    <w:abstractNumId w:val="5"/>
  </w:num>
  <w:num w:numId="4" w16cid:durableId="1701853395">
    <w:abstractNumId w:val="4"/>
  </w:num>
  <w:num w:numId="5" w16cid:durableId="1726292346">
    <w:abstractNumId w:val="7"/>
  </w:num>
  <w:num w:numId="6" w16cid:durableId="618343267">
    <w:abstractNumId w:val="3"/>
  </w:num>
  <w:num w:numId="7" w16cid:durableId="495655026">
    <w:abstractNumId w:val="2"/>
  </w:num>
  <w:num w:numId="8" w16cid:durableId="1151481884">
    <w:abstractNumId w:val="1"/>
  </w:num>
  <w:num w:numId="9" w16cid:durableId="7262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60A"/>
    <w:rsid w:val="0029639D"/>
    <w:rsid w:val="00326F90"/>
    <w:rsid w:val="00AA1D8D"/>
    <w:rsid w:val="00B47730"/>
    <w:rsid w:val="00BF5D19"/>
    <w:rsid w:val="00C959EF"/>
    <w:rsid w:val="00CB0664"/>
    <w:rsid w:val="00F373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99D42"/>
  <w14:defaultImageDpi w14:val="300"/>
  <w15:docId w15:val="{C93F6F53-AD6C-4369-90D6-5BDFFDB6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BEATRICE ANTONIO</cp:lastModifiedBy>
  <cp:revision>2</cp:revision>
  <dcterms:created xsi:type="dcterms:W3CDTF">2013-12-23T23:15:00Z</dcterms:created>
  <dcterms:modified xsi:type="dcterms:W3CDTF">2026-09-02T17:36:00Z</dcterms:modified>
  <cp:category/>
</cp:coreProperties>
</file>